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EMPLOYEE EQUIPMENT AGREEMENT</w:t>
      </w:r>
    </w:p>
    <w:p/>
    <w:p>
      <w:r>
        <w:rPr>
          <w:b w:val="0"/>
          <w:sz w:val="20"/>
        </w:rPr>
        <w:t>This Employee Equipment Agreement (the “Agreement”) is made between the Employer and the Employee as set forth below.</w:t>
      </w:r>
    </w:p>
    <w:p/>
    <w:p>
      <w:r>
        <w:rPr>
          <w:b/>
          <w:sz w:val="20"/>
        </w:rPr>
        <w:t>Employer Information:</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p>
      <w:r>
        <w:rPr>
          <w:b/>
          <w:sz w:val="20"/>
        </w:rPr>
        <w:t>Employee Information:</w:t>
      </w:r>
    </w:p>
    <w:p>
      <w:r>
        <w:rPr>
          <w:b w:val="0"/>
          <w:sz w:val="20"/>
        </w:rPr>
        <w:t>Full Name: _______________________________________________________________</w:t>
      </w:r>
    </w:p>
    <w:p>
      <w:r>
        <w:rPr>
          <w:b w:val="0"/>
          <w:sz w:val="20"/>
        </w:rPr>
        <w:t>Employee ID (if applicable): _______________________________________________</w:t>
      </w:r>
    </w:p>
    <w:p>
      <w:r>
        <w:rPr>
          <w:b w:val="0"/>
          <w:sz w:val="20"/>
        </w:rPr>
        <w:t>Department/Position: _______________________________________________________</w:t>
      </w:r>
    </w:p>
    <w:p>
      <w:r>
        <w:rPr>
          <w:b w:val="0"/>
          <w:sz w:val="20"/>
        </w:rPr>
        <w:t>Phone: _________________________________________________________________</w:t>
      </w:r>
    </w:p>
    <w:p/>
    <w:p>
      <w:r>
        <w:rPr>
          <w:b/>
          <w:sz w:val="20"/>
        </w:rPr>
        <w:t>Equipment Provided:</w:t>
      </w:r>
    </w:p>
    <w:p>
      <w:r>
        <w:rPr>
          <w:b w:val="0"/>
          <w:sz w:val="20"/>
        </w:rPr>
        <w:t>Description and Specifications: ___________________________________________</w:t>
      </w:r>
    </w:p>
    <w:p>
      <w:r>
        <w:rPr>
          <w:b w:val="0"/>
          <w:sz w:val="20"/>
        </w:rPr>
        <w:t>Serial Number(s): _________________________________________________________</w:t>
      </w:r>
    </w:p>
    <w:p>
      <w:r>
        <w:rPr>
          <w:b w:val="0"/>
          <w:sz w:val="20"/>
        </w:rPr>
        <w:t>Condition at Time of Issuance: _____________________________________________</w:t>
      </w:r>
    </w:p>
    <w:p/>
    <w:p>
      <w:r>
        <w:rPr>
          <w:b/>
          <w:sz w:val="20"/>
        </w:rPr>
        <w:t>1. Purpose and Ownership</w:t>
      </w:r>
    </w:p>
    <w:p>
      <w:r>
        <w:rPr>
          <w:b w:val="0"/>
          <w:sz w:val="20"/>
        </w:rPr>
        <w:t>The Employer hereby provides the equipment described above to the Employee for use in connection with the Employee’s job duties. The equipment remains the sole property of the Employer and is provided for business use only.</w:t>
      </w:r>
    </w:p>
    <w:p/>
    <w:p>
      <w:r>
        <w:rPr>
          <w:b/>
          <w:sz w:val="20"/>
        </w:rPr>
        <w:t>2. Use and Care</w:t>
      </w:r>
    </w:p>
    <w:p>
      <w:r>
        <w:rPr>
          <w:b w:val="0"/>
          <w:sz w:val="20"/>
        </w:rPr>
        <w:t>The Employee agrees to use the equipment in a careful and proper manner and to comply with all Employer policies regarding equipment use. The Employee shall not install unauthorized software or use the equipment for unlawful purposes.</w:t>
      </w:r>
    </w:p>
    <w:p/>
    <w:p>
      <w:r>
        <w:rPr>
          <w:b/>
          <w:sz w:val="20"/>
        </w:rPr>
        <w:t>3. Maintenance and Repairs</w:t>
      </w:r>
    </w:p>
    <w:p>
      <w:r>
        <w:rPr>
          <w:b w:val="0"/>
          <w:sz w:val="20"/>
        </w:rPr>
        <w:t>The Employer shall be responsible for routine maintenance and repairs resulting from normal use. The Employee must promptly report any damage, malfunction, loss, or theft of equipment to the Employer. Costs arising from damage due to negligence or misuse may be the responsibility of the Employee.</w:t>
      </w:r>
    </w:p>
    <w:p/>
    <w:p>
      <w:r>
        <w:rPr>
          <w:b/>
          <w:sz w:val="20"/>
        </w:rPr>
        <w:t>4. Loss, Theft or Damage</w:t>
      </w:r>
    </w:p>
    <w:p>
      <w:r>
        <w:rPr>
          <w:b w:val="0"/>
          <w:sz w:val="20"/>
        </w:rPr>
        <w:t>In the event the equipment is lost, stolen, or damaged beyond normal wear and tear, the Employee shall notify the Employer immediately. The Employee may be held financially responsible for repair or replacement costs resulting from misuse, negligence, or failure to report promptly.</w:t>
      </w:r>
    </w:p>
    <w:p/>
    <w:p>
      <w:r>
        <w:rPr>
          <w:b/>
          <w:sz w:val="20"/>
        </w:rPr>
        <w:t>5. Return of Equipment</w:t>
      </w:r>
    </w:p>
    <w:p>
      <w:r>
        <w:rPr>
          <w:b w:val="0"/>
          <w:sz w:val="20"/>
        </w:rPr>
        <w:t>The Employee agrees to return the equipment to the Employer immediately upon termination of employment or upon request by the Employer. The equipment must be returned in good working condition, subject to reasonable wear and tear.</w:t>
      </w:r>
    </w:p>
    <w:p/>
    <w:p>
      <w:r>
        <w:rPr>
          <w:b/>
          <w:sz w:val="20"/>
        </w:rPr>
        <w:t>6. No Warranty</w:t>
      </w:r>
    </w:p>
    <w:p>
      <w:r>
        <w:rPr>
          <w:b w:val="0"/>
          <w:sz w:val="20"/>
        </w:rPr>
        <w:t>The Employer makes no warranties, express or implied, regarding the equipment, including but not limited to its fitness for a particular purpose or merchantability. The Employee accepts the equipment “as is.”</w:t>
      </w:r>
    </w:p>
    <w:p/>
    <w:p>
      <w:r>
        <w:rPr>
          <w:b/>
          <w:sz w:val="20"/>
        </w:rPr>
        <w:t>7. Confidentiality and Security</w:t>
      </w:r>
    </w:p>
    <w:p>
      <w:r>
        <w:rPr>
          <w:b w:val="0"/>
          <w:sz w:val="20"/>
        </w:rPr>
        <w:t>The Employee shall take all reasonable precautions to protect confidential and proprietary information accessed or stored on the equipment. The Employee shall comply with all Employer security policies.</w:t>
      </w:r>
    </w:p>
    <w:p/>
    <w:p>
      <w:r>
        <w:rPr>
          <w:b/>
          <w:sz w:val="20"/>
        </w:rPr>
        <w:t>8. Indemnification</w:t>
      </w:r>
    </w:p>
    <w:p>
      <w:r>
        <w:rPr>
          <w:b w:val="0"/>
          <w:sz w:val="20"/>
        </w:rPr>
        <w:t>The Employee agrees to indemnify and hold harmless the Employer from any claims, losses, damages, or expenses arising from the Employee’s misuse or unauthorized use of the equipment.</w:t>
      </w:r>
    </w:p>
    <w:p/>
    <w:p>
      <w:r>
        <w:rPr>
          <w:b/>
          <w:sz w:val="20"/>
        </w:rPr>
        <w:t>9. Governing Law and Jurisdiction</w:t>
      </w:r>
    </w:p>
    <w:p>
      <w:r>
        <w:rPr>
          <w:b w:val="0"/>
          <w:sz w:val="20"/>
        </w:rPr>
        <w:t>This Agreement shall be governed by and construed in accordance with the laws of the United States and the applicable state law. Any disputes arising hereunder shall be resolved in the appropriate courts of the Employer’s principal place of business.</w:t>
      </w:r>
    </w:p>
    <w:p/>
    <w:p>
      <w:r>
        <w:rPr>
          <w:b/>
          <w:sz w:val="20"/>
        </w:rPr>
        <w:t>10. Entire Agreement</w:t>
      </w:r>
    </w:p>
    <w:p>
      <w:r>
        <w:rPr>
          <w:b w:val="0"/>
          <w:sz w:val="20"/>
        </w:rPr>
        <w:t>This Agreement contains the entire understanding between the parties regarding the subject matter hereof and supersedes all prior discussions, agreements, or understandings of any kind.</w:t>
      </w:r>
    </w:p>
    <w:p/>
    <w:p>
      <w:r>
        <w:rPr>
          <w:b/>
          <w:sz w:val="20"/>
        </w:rPr>
        <w:t>11. Amendments</w:t>
      </w:r>
    </w:p>
    <w:p>
      <w:r>
        <w:rPr>
          <w:b w:val="0"/>
          <w:sz w:val="20"/>
        </w:rPr>
        <w:t>This Agreement may only be amended or modified by a written document signed by both parties.</w:t>
      </w:r>
    </w:p>
    <w:p/>
    <w:p>
      <w:r>
        <w:rPr>
          <w:b/>
          <w:sz w:val="20"/>
        </w:rPr>
        <w:t>12. Severability</w:t>
      </w:r>
    </w:p>
    <w:p>
      <w:r>
        <w:rPr>
          <w:b w:val="0"/>
          <w:sz w:val="20"/>
        </w:rPr>
        <w:t>If any provision of this Agreement is found to be invalid or unenforceable, the remaining provisions shall remain in full force and effect.</w:t>
      </w:r>
    </w:p>
    <w:p/>
    <w:p/>
    <w:p>
      <w:r>
        <w:rPr>
          <w:b/>
          <w:sz w:val="20"/>
        </w:rPr>
        <w:t>Acknowledgment and Acceptance:</w:t>
      </w:r>
    </w:p>
    <w:p>
      <w:r>
        <w:rPr>
          <w:b w:val="0"/>
          <w:sz w:val="20"/>
        </w:rPr>
        <w:t>By signing below, the Employee acknowledges receipt of the equipment described herein and agrees to abide by the terms and conditions of this Agreement.</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 REPRESENTATIVE</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Title: ____________________________________</w:t>
            </w:r>
          </w:p>
        </w:tc>
        <w:tc>
          <w:tcPr>
            <w:tcW w:type="dxa" w:w="4986"/>
            <w:tcBorders>
              <w:top w:val="nil"/>
              <w:left w:val="nil"/>
              <w:bottom w:val="nil"/>
              <w:right w:val="nil"/>
              <w:insideH w:val="nil"/>
              <w:insideV w:val="nil"/>
            </w:tcBorders>
          </w:tcPr>
          <w:p>
            <w:pPr>
              <w:jc w:val="center"/>
            </w:pPr>
            <w:r>
              <w:t>Name: ______________________________________________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https://docs-worklife.com/employee-equipment-agreement-template/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https://docs-worklife.com</w:t>
        </w:r>
      </w:hyperlink>
    </w:p>
    <w:p>
      <w:pPr>
        <w:jc w:val="center"/>
      </w:pPr>
      <w:r>
        <w:rPr>
          <w:color w:val="808080"/>
          <w:sz w:val="20"/>
        </w:rPr>
        <w:t>This template is intended exclusively for personal, non-commercial use.</w:t>
        <w:br/>
        <w:t>If distributed or published, the source must be mentioned. © docs-worklife.com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worklife.com/employee-equipment-agreement-template/" TargetMode="External"/><Relationship Id="rId10" Type="http://schemas.openxmlformats.org/officeDocument/2006/relationships/hyperlink" Target="https://docs-work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