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MUSICIAN PERFORMANCE AND SERVICES AGREEMENT</w:t>
      </w:r>
    </w:p>
    <w:p/>
    <w:p>
      <w:r>
        <w:rPr>
          <w:b w:val="0"/>
          <w:sz w:val="20"/>
        </w:rPr>
        <w:t>This Musician Performance and Services Agreement (the “Agreement”) is entered into by and between the following parties:</w:t>
      </w:r>
    </w:p>
    <w:p/>
    <w:p>
      <w:r>
        <w:rPr>
          <w:b/>
          <w:sz w:val="20"/>
        </w:rPr>
        <w:t>Service Provider (Musician) Information:</w:t>
      </w:r>
    </w:p>
    <w:p>
      <w:r>
        <w:rPr>
          <w:b w:val="0"/>
          <w:sz w:val="20"/>
        </w:rPr>
        <w:t>Full Name: ____________________________________________________________</w:t>
      </w:r>
    </w:p>
    <w:p>
      <w:r>
        <w:rPr>
          <w:b w:val="0"/>
          <w:sz w:val="20"/>
        </w:rPr>
        <w:t>Stage Name (if applicable): 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Name / Business Name: 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Engagement Details:</w:t>
      </w:r>
    </w:p>
    <w:p>
      <w:r>
        <w:rPr>
          <w:b w:val="0"/>
          <w:sz w:val="20"/>
        </w:rPr>
        <w:t>Event Name/Type: _____________________________________________________</w:t>
      </w:r>
    </w:p>
    <w:p>
      <w:r>
        <w:rPr>
          <w:b w:val="0"/>
          <w:sz w:val="20"/>
        </w:rPr>
        <w:t>Event Location: ______________________________________________________</w:t>
      </w:r>
    </w:p>
    <w:p>
      <w:r>
        <w:rPr>
          <w:b w:val="0"/>
          <w:sz w:val="20"/>
        </w:rPr>
        <w:t>Date(s) of Performance: _______________________________________________</w:t>
      </w:r>
    </w:p>
    <w:p>
      <w:r>
        <w:rPr>
          <w:b w:val="0"/>
          <w:sz w:val="20"/>
        </w:rPr>
        <w:t>Performance Start Time: _______________________________________________</w:t>
      </w:r>
    </w:p>
    <w:p>
      <w:r>
        <w:rPr>
          <w:b w:val="0"/>
          <w:sz w:val="20"/>
        </w:rPr>
        <w:t>Performance End Time: _________________________________________________</w:t>
      </w:r>
    </w:p>
    <w:p>
      <w:r>
        <w:rPr>
          <w:b w:val="0"/>
          <w:sz w:val="20"/>
        </w:rPr>
        <w:t>Setup Time (if any): ___________________________________________________</w:t>
      </w:r>
    </w:p>
    <w:p>
      <w:r>
        <w:rPr>
          <w:b w:val="0"/>
          <w:sz w:val="20"/>
        </w:rPr>
        <w:t>Breaks (if any): ______________________________________________________</w:t>
      </w:r>
    </w:p>
    <w:p/>
    <w:p>
      <w:r>
        <w:rPr>
          <w:b/>
          <w:sz w:val="20"/>
        </w:rPr>
        <w:t>Compensation and Payment Terms:</w:t>
      </w:r>
    </w:p>
    <w:p>
      <w:r>
        <w:rPr>
          <w:b w:val="0"/>
          <w:sz w:val="20"/>
        </w:rPr>
        <w:t>Total Fee: $___________________ USD</w:t>
      </w:r>
    </w:p>
    <w:p>
      <w:r>
        <w:rPr>
          <w:b w:val="0"/>
          <w:sz w:val="20"/>
        </w:rPr>
        <w:t>Deposit Amount (if applicable): $___________________ USD</w:t>
      </w:r>
    </w:p>
    <w:p>
      <w:r>
        <w:rPr>
          <w:b w:val="0"/>
          <w:sz w:val="20"/>
        </w:rPr>
        <w:t>Balance Due Date: _____________________________________________________</w:t>
      </w:r>
    </w:p>
    <w:p>
      <w:r>
        <w:rPr>
          <w:b w:val="0"/>
          <w:sz w:val="20"/>
        </w:rPr>
        <w:t>Payment Method: _______________________________________________________</w:t>
      </w:r>
    </w:p>
    <w:p>
      <w:r>
        <w:rPr>
          <w:b w:val="0"/>
          <w:sz w:val="20"/>
        </w:rPr>
        <w:t>Late Payment Penalties (if any): _______________________________________</w:t>
      </w:r>
    </w:p>
    <w:p/>
    <w:p>
      <w:r>
        <w:rPr>
          <w:b/>
          <w:sz w:val="20"/>
        </w:rPr>
        <w:t>Equipment and Technical Requirements:</w:t>
      </w:r>
    </w:p>
    <w:p>
      <w:r>
        <w:rPr>
          <w:b w:val="0"/>
          <w:sz w:val="20"/>
        </w:rPr>
        <w:t>The Musician will provide the following equipment and instruments: ____________</w:t>
      </w:r>
    </w:p>
    <w:p>
      <w:r>
        <w:rPr>
          <w:b w:val="0"/>
          <w:sz w:val="20"/>
        </w:rPr>
        <w:t>The Client will provide the following equipment/facilities: ___________________</w:t>
      </w:r>
    </w:p>
    <w:p>
      <w:r>
        <w:rPr>
          <w:b w:val="0"/>
          <w:sz w:val="20"/>
        </w:rPr>
        <w:t>Sound Check Time: _____________________________________________________</w:t>
      </w:r>
    </w:p>
    <w:p>
      <w:r>
        <w:rPr>
          <w:b w:val="0"/>
          <w:sz w:val="20"/>
        </w:rPr>
        <w:t>Power Supply and Technical Support Provided by Client: ____________________</w:t>
      </w:r>
    </w:p>
    <w:p/>
    <w:p>
      <w:r>
        <w:rPr>
          <w:b/>
          <w:sz w:val="20"/>
        </w:rPr>
        <w:t>Performance Content and Conduct:</w:t>
      </w:r>
    </w:p>
    <w:p>
      <w:r>
        <w:rPr>
          <w:b w:val="0"/>
          <w:sz w:val="20"/>
        </w:rPr>
        <w:t>The Musician agrees to perform a repertoire consistent with the event and suitable for the audience. The Musician shall maintain professional conduct and appearance throughout the engagement.</w:t>
      </w:r>
    </w:p>
    <w:p>
      <w:r>
        <w:rPr>
          <w:b w:val="0"/>
          <w:sz w:val="20"/>
        </w:rPr>
        <w:t>The Musician agrees not to perform any material or engage in any behavior that is unlawful, defamatory, or offensive.</w:t>
      </w:r>
    </w:p>
    <w:p/>
    <w:p>
      <w:r>
        <w:rPr>
          <w:b/>
          <w:sz w:val="20"/>
        </w:rPr>
        <w:t>Cancellation and Termination:</w:t>
      </w:r>
    </w:p>
    <w:p>
      <w:r>
        <w:rPr>
          <w:b w:val="0"/>
          <w:sz w:val="20"/>
        </w:rPr>
        <w:t>Either party may cancel this Agreement by providing written notice at least _______ days prior to the scheduled performance.</w:t>
      </w:r>
    </w:p>
    <w:p>
      <w:r>
        <w:rPr>
          <w:b w:val="0"/>
          <w:sz w:val="20"/>
        </w:rPr>
        <w:t>If the Client cancels less than _______ days before the event, the deposit shall be forfeited by the Client unless otherwise agreed.</w:t>
      </w:r>
    </w:p>
    <w:p>
      <w:r>
        <w:rPr>
          <w:b w:val="0"/>
          <w:sz w:val="20"/>
        </w:rPr>
        <w:t>If the Musician cancels, the Musician shall refund any deposit paid and shall make reasonable efforts to recommend a qualified replacement.</w:t>
      </w:r>
    </w:p>
    <w:p/>
    <w:p>
      <w:r>
        <w:rPr>
          <w:b/>
          <w:sz w:val="20"/>
        </w:rPr>
        <w:t>Force Majeure:</w:t>
      </w:r>
    </w:p>
    <w:p>
      <w:r>
        <w:rPr>
          <w:b w:val="0"/>
          <w:sz w:val="20"/>
        </w:rPr>
        <w:t>Neither party shall be liable for failure or delay in performance due to causes beyond their reasonable control, including but not limited to acts of God, war, terrorism, government restrictions, strikes, epidemics, or natural disasters.</w:t>
      </w:r>
    </w:p>
    <w:p/>
    <w:p>
      <w:r>
        <w:rPr>
          <w:b/>
          <w:sz w:val="20"/>
        </w:rPr>
        <w:t>Intellectual Property Rights:</w:t>
      </w:r>
    </w:p>
    <w:p>
      <w:r>
        <w:rPr>
          <w:b w:val="0"/>
          <w:sz w:val="20"/>
        </w:rPr>
        <w:t>The Musician retains all copyrights and intellectual property rights to the performance, compositions, and recordings, unless otherwise agreed in writing.</w:t>
      </w:r>
    </w:p>
    <w:p>
      <w:r>
        <w:rPr>
          <w:b w:val="0"/>
          <w:sz w:val="20"/>
        </w:rPr>
        <w:t>The Client shall not record, reproduce, or distribute any part of the performance without the prior written consent of the Musician.</w:t>
      </w:r>
    </w:p>
    <w:p/>
    <w:p>
      <w:r>
        <w:rPr>
          <w:b/>
          <w:sz w:val="20"/>
        </w:rPr>
        <w:t>Indemnification:</w:t>
      </w:r>
    </w:p>
    <w:p>
      <w:r>
        <w:rPr>
          <w:b w:val="0"/>
          <w:sz w:val="20"/>
        </w:rPr>
        <w:t>Each party agrees to indemnify, defend, and hold harmless the other party from and against any and all claims, damages, liabilities, and expenses arising out of any breach of this Agreement or negligent or intentional acts or omissions.</w:t>
      </w:r>
    </w:p>
    <w:p/>
    <w:p>
      <w:r>
        <w:rPr>
          <w:b/>
          <w:sz w:val="20"/>
        </w:rPr>
        <w:t>Liability and Insurance:</w:t>
      </w:r>
    </w:p>
    <w:p>
      <w:r>
        <w:rPr>
          <w:b w:val="0"/>
          <w:sz w:val="20"/>
        </w:rPr>
        <w:t>The Musician shall not be liable for any indirect, incidental, or consequential damages arising from the performance or this Agreement.</w:t>
      </w:r>
    </w:p>
    <w:p>
      <w:r>
        <w:rPr>
          <w:b w:val="0"/>
          <w:sz w:val="20"/>
        </w:rPr>
        <w:t>The Client agrees to maintain any necessary insurance coverage for the event, including but not limited to general liability insurance.</w:t>
      </w:r>
    </w:p>
    <w:p/>
    <w:p>
      <w:r>
        <w:rPr>
          <w:b/>
          <w:sz w:val="20"/>
        </w:rPr>
        <w:t>Miscellaneous Provisions:</w:t>
      </w:r>
    </w:p>
    <w:p>
      <w:r>
        <w:rPr>
          <w:b w:val="0"/>
          <w:sz w:val="20"/>
        </w:rPr>
        <w:t>This Agreement constitutes the entire agreement between the parties with respect to the subject matter herein and supersedes all prior agreements and understandings.</w:t>
      </w:r>
    </w:p>
    <w:p>
      <w:r>
        <w:rPr>
          <w:b w:val="0"/>
          <w:sz w:val="20"/>
        </w:rPr>
        <w:t>Any amendments or modifications must be in writing and signed by both parties.</w:t>
      </w:r>
    </w:p>
    <w:p>
      <w:r>
        <w:rPr>
          <w:b w:val="0"/>
          <w:sz w:val="20"/>
        </w:rPr>
        <w:t>If any provision of this Agreement is held to be invalid or unenforceable, the remaining provisions shall remain in full force and effect.</w:t>
      </w:r>
    </w:p>
    <w:p>
      <w:r>
        <w:rPr>
          <w:b w:val="0"/>
          <w:sz w:val="20"/>
        </w:rPr>
        <w:t>This Agreement shall be governed by and construed in accordance with the laws of the United States and the state of ____________________.</w:t>
      </w:r>
    </w:p>
    <w:p>
      <w:r>
        <w:rPr>
          <w:b w:val="0"/>
          <w:sz w:val="20"/>
        </w:rPr>
        <w:t>The parties consent to the exclusive jurisdiction and venue of the state and federal courts located within ____________________ for any disputes arising under this Agreement.</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SERVICE PROVIDER (MUSICIAN)</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https://docs-worklife.com/musician-contract-template/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https://docs-worklife.com</w:t>
        </w:r>
      </w:hyperlink>
    </w:p>
    <w:p>
      <w:pPr>
        <w:jc w:val="center"/>
      </w:pPr>
      <w:r>
        <w:rPr>
          <w:color w:val="808080"/>
          <w:sz w:val="20"/>
        </w:rPr>
        <w:t>This template is intended exclusively for personal, non-commercial use.</w:t>
        <w:br/>
        <w:t>If distributed or published, the source must be mentioned. © docs-worklife.com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worklife.com/musician-contract-template/" TargetMode="External"/><Relationship Id="rId10" Type="http://schemas.openxmlformats.org/officeDocument/2006/relationships/hyperlink" Target="https://docs-work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