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PART-TIME EMPLOYMENT AGREEMENT</w:t>
      </w:r>
    </w:p>
    <w:p/>
    <w:p>
      <w:r>
        <w:rPr>
          <w:b/>
          <w:sz w:val="20"/>
        </w:rPr>
        <w:t>This Part-Time Employment Agreement (the “Agreement”) is made by and between:</w:t>
      </w:r>
    </w:p>
    <w:p>
      <w:r>
        <w:rPr>
          <w:b w:val="0"/>
          <w:sz w:val="20"/>
        </w:rPr>
        <w:t>Employer Name: ________________________________________________________________</w:t>
      </w:r>
    </w:p>
    <w:p>
      <w:r>
        <w:rPr>
          <w:b w:val="0"/>
          <w:sz w:val="20"/>
        </w:rPr>
        <w:t>Employer Address: ______________________________________________________________</w:t>
      </w:r>
    </w:p>
    <w:p>
      <w:r>
        <w:rPr>
          <w:b w:val="0"/>
          <w:sz w:val="20"/>
        </w:rPr>
        <w:t>Employer Contact Number: _______________________________________________________</w:t>
      </w:r>
    </w:p>
    <w:p/>
    <w:p>
      <w:pPr>
        <w:jc w:val="center"/>
      </w:pPr>
      <w:r>
        <w:rPr>
          <w:b w:val="0"/>
          <w:sz w:val="20"/>
        </w:rPr>
        <w:t>and</w:t>
      </w:r>
    </w:p>
    <w:p/>
    <w:p>
      <w:r>
        <w:rPr>
          <w:b w:val="0"/>
          <w:sz w:val="20"/>
        </w:rPr>
        <w:t>Employee Name: ________________________________________________________________</w:t>
      </w:r>
    </w:p>
    <w:p>
      <w:r>
        <w:rPr>
          <w:b w:val="0"/>
          <w:sz w:val="20"/>
        </w:rPr>
        <w:t>Employee Address: ______________________________________________________________</w:t>
      </w:r>
    </w:p>
    <w:p>
      <w:r>
        <w:rPr>
          <w:b w:val="0"/>
          <w:sz w:val="20"/>
        </w:rPr>
        <w:t>Employee Contact Number: _______________________________________________________</w:t>
      </w:r>
    </w:p>
    <w:p/>
    <w:p/>
    <w:p>
      <w:r>
        <w:rPr>
          <w:b/>
          <w:sz w:val="20"/>
        </w:rPr>
        <w:t>RECITALS</w:t>
      </w:r>
    </w:p>
    <w:p>
      <w:r>
        <w:rPr>
          <w:b w:val="0"/>
          <w:sz w:val="20"/>
        </w:rPr>
        <w:t>WHEREAS, Employer desires to employ Employee on a part-time basis;</w:t>
      </w:r>
    </w:p>
    <w:p>
      <w:r>
        <w:rPr>
          <w:b w:val="0"/>
          <w:sz w:val="20"/>
        </w:rPr>
        <w:t>WHEREAS, Employee desires to accept employment on the terms and conditions set forth herein;</w:t>
      </w:r>
    </w:p>
    <w:p>
      <w:r>
        <w:rPr>
          <w:b w:val="0"/>
          <w:sz w:val="20"/>
        </w:rPr>
        <w:t>NOW, THEREFORE, in consideration of the mutual covenants and promises contained herein, the parties agree as follows:</w:t>
      </w:r>
    </w:p>
    <w:p/>
    <w:p/>
    <w:p>
      <w:r>
        <w:rPr>
          <w:b/>
          <w:sz w:val="20"/>
        </w:rPr>
        <w:t>1. POSITION AND DUTIES</w:t>
      </w:r>
    </w:p>
    <w:p>
      <w:r>
        <w:rPr>
          <w:b w:val="0"/>
          <w:sz w:val="20"/>
        </w:rPr>
        <w:t>1.1 Employer hereby employs Employee as: ____________________________________________.</w:t>
      </w:r>
    </w:p>
    <w:p>
      <w:r>
        <w:rPr>
          <w:b w:val="0"/>
          <w:sz w:val="20"/>
        </w:rPr>
        <w:t>1.2 Employee agrees to perform the duties and responsibilities customarily associated with this position and any other duties assigned by Employer.</w:t>
      </w:r>
    </w:p>
    <w:p>
      <w:r>
        <w:rPr>
          <w:b w:val="0"/>
          <w:sz w:val="20"/>
        </w:rPr>
        <w:t>1.3 Employee shall perform services faithfully, diligently, and to the best of Employee’s abilities in compliance with Employer’s policies and any applicable laws.</w:t>
      </w:r>
    </w:p>
    <w:p/>
    <w:p>
      <w:r>
        <w:rPr>
          <w:b/>
          <w:sz w:val="20"/>
        </w:rPr>
        <w:t>2. EMPLOYMENT STATUS AND TERM</w:t>
      </w:r>
    </w:p>
    <w:p>
      <w:r>
        <w:rPr>
          <w:b w:val="0"/>
          <w:sz w:val="20"/>
        </w:rPr>
        <w:t>2.1 Employee shall be employed on a part-time basis.</w:t>
      </w:r>
    </w:p>
    <w:p>
      <w:r>
        <w:rPr>
          <w:b w:val="0"/>
          <w:sz w:val="20"/>
        </w:rPr>
        <w:t>2.2 This Agreement shall commence upon execution by both parties and continue until terminated pursuant to Section 8 of this Agreement.</w:t>
      </w:r>
    </w:p>
    <w:p/>
    <w:p>
      <w:r>
        <w:rPr>
          <w:b/>
          <w:sz w:val="20"/>
        </w:rPr>
        <w:t>3. WORK SCHEDULE AND HOURS</w:t>
      </w:r>
    </w:p>
    <w:p>
      <w:r>
        <w:rPr>
          <w:b w:val="0"/>
          <w:sz w:val="20"/>
        </w:rPr>
        <w:t>3.1 Employee’s work schedule shall be as follows:</w:t>
      </w:r>
    </w:p>
    <w:p>
      <w:r>
        <w:rPr>
          <w:b w:val="0"/>
          <w:sz w:val="20"/>
        </w:rPr>
        <w:t xml:space="preserve">    Days: ______________________________________________________________________</w:t>
      </w:r>
    </w:p>
    <w:p>
      <w:r>
        <w:rPr>
          <w:b w:val="0"/>
          <w:sz w:val="20"/>
        </w:rPr>
        <w:t xml:space="preserve">    Hours: _____________________________________________________________________</w:t>
      </w:r>
    </w:p>
    <w:p>
      <w:r>
        <w:rPr>
          <w:b w:val="0"/>
          <w:sz w:val="20"/>
        </w:rPr>
        <w:t>3.2 Employer may modify the work schedule with reasonable notice to Employee, subject to applicable law.</w:t>
      </w:r>
    </w:p>
    <w:p>
      <w:r>
        <w:rPr>
          <w:b w:val="0"/>
          <w:sz w:val="20"/>
        </w:rPr>
        <w:t>3.3 Employee agrees to accurately record hours worked and submit any required time records.</w:t>
      </w:r>
    </w:p>
    <w:p/>
    <w:p>
      <w:r>
        <w:rPr>
          <w:b/>
          <w:sz w:val="20"/>
        </w:rPr>
        <w:t>4. COMPENSATION AND BENEFITS</w:t>
      </w:r>
    </w:p>
    <w:p>
      <w:r>
        <w:rPr>
          <w:b w:val="0"/>
          <w:sz w:val="20"/>
        </w:rPr>
        <w:t>4.1 Employer shall pay Employee at the rate of $____________ per hour, payable in accordance with Employer’s normal payroll practices.</w:t>
      </w:r>
    </w:p>
    <w:p>
      <w:r>
        <w:rPr>
          <w:b w:val="0"/>
          <w:sz w:val="20"/>
        </w:rPr>
        <w:t>4.2 Employee acknowledges that as a part-time employee, Employee may not be eligible for all benefits offered to full-time employees.</w:t>
      </w:r>
    </w:p>
    <w:p>
      <w:r>
        <w:rPr>
          <w:b w:val="0"/>
          <w:sz w:val="20"/>
        </w:rPr>
        <w:t>4.3 Employer shall deduct all applicable taxes and withholdings from Employee’s compensation as required by law.</w:t>
      </w:r>
    </w:p>
    <w:p/>
    <w:p>
      <w:r>
        <w:rPr>
          <w:b/>
          <w:sz w:val="20"/>
        </w:rPr>
        <w:t>5. CONFIDENTIALITY</w:t>
      </w:r>
    </w:p>
    <w:p>
      <w:r>
        <w:rPr>
          <w:b w:val="0"/>
          <w:sz w:val="20"/>
        </w:rPr>
        <w:t>5.1 Employee agrees to keep confidential all proprietary, business, and trade secret information obtained during the course of employment.</w:t>
      </w:r>
    </w:p>
    <w:p>
      <w:r>
        <w:rPr>
          <w:b w:val="0"/>
          <w:sz w:val="20"/>
        </w:rPr>
        <w:t>5.2 This obligation shall survive termination of this Agreement.</w:t>
      </w:r>
    </w:p>
    <w:p/>
    <w:p>
      <w:r>
        <w:rPr>
          <w:b/>
          <w:sz w:val="20"/>
        </w:rPr>
        <w:t>6. NON-COMPETE AND NON-SOLICITATION</w:t>
      </w:r>
    </w:p>
    <w:p>
      <w:r>
        <w:rPr>
          <w:b w:val="0"/>
          <w:sz w:val="20"/>
        </w:rPr>
        <w:t>6.1 During the term of employment and for a period of __________ months following termination, Employee shall not, directly or indirectly, engage in any business that competes with Employer within a radius of __________ miles.</w:t>
      </w:r>
    </w:p>
    <w:p>
      <w:r>
        <w:rPr>
          <w:b w:val="0"/>
          <w:sz w:val="20"/>
        </w:rPr>
        <w:t>6.2 Employee shall not solicit Employer’s clients, customers, or employees during the same period.</w:t>
      </w:r>
    </w:p>
    <w:p>
      <w:r>
        <w:rPr>
          <w:b w:val="0"/>
          <w:sz w:val="20"/>
        </w:rPr>
        <w:t>6.3 The restrictions in this Section are reasonable and necessary to protect Employer’s legitimate business interests.</w:t>
      </w:r>
    </w:p>
    <w:p/>
    <w:p>
      <w:r>
        <w:rPr>
          <w:b/>
          <w:sz w:val="20"/>
        </w:rPr>
        <w:t>7. AT-WILL EMPLOYMENT</w:t>
      </w:r>
    </w:p>
    <w:p>
      <w:r>
        <w:rPr>
          <w:b w:val="0"/>
          <w:sz w:val="20"/>
        </w:rPr>
        <w:t>7.1 Employee’s employment with Employer is at-will and may be terminated by either party at any time, with or without cause or prior notice, unless otherwise prohibited by law.</w:t>
      </w:r>
    </w:p>
    <w:p/>
    <w:p>
      <w:r>
        <w:rPr>
          <w:b/>
          <w:sz w:val="20"/>
        </w:rPr>
        <w:t>8. TERMINATION</w:t>
      </w:r>
    </w:p>
    <w:p>
      <w:r>
        <w:rPr>
          <w:b w:val="0"/>
          <w:sz w:val="20"/>
        </w:rPr>
        <w:t>8.1 This Agreement may be terminated by either party at any time upon written notice to the other party.</w:t>
      </w:r>
    </w:p>
    <w:p>
      <w:r>
        <w:rPr>
          <w:b w:val="0"/>
          <w:sz w:val="20"/>
        </w:rPr>
        <w:t>8.2 Employer may terminate this Agreement immediately for cause, including but not limited to breach of this Agreement, misconduct, or violation of Employer policies.</w:t>
      </w:r>
    </w:p>
    <w:p>
      <w:r>
        <w:rPr>
          <w:b w:val="0"/>
          <w:sz w:val="20"/>
        </w:rPr>
        <w:t>8.3 Upon termination, Employee shall return all Employer property and confidential information in Employee’s possession.</w:t>
      </w:r>
    </w:p>
    <w:p/>
    <w:p>
      <w:r>
        <w:rPr>
          <w:b/>
          <w:sz w:val="20"/>
        </w:rPr>
        <w:t>9. GOVERNING LAW AND DISPUTE RESOLUTION</w:t>
      </w:r>
    </w:p>
    <w:p>
      <w:r>
        <w:rPr>
          <w:b w:val="0"/>
          <w:sz w:val="20"/>
        </w:rPr>
        <w:t>9.1 This Agreement shall be governed by and construed in accordance with the laws of the State of ____________________, without regard to conflicts of law principles.</w:t>
      </w:r>
    </w:p>
    <w:p>
      <w:r>
        <w:rPr>
          <w:b w:val="0"/>
          <w:sz w:val="20"/>
        </w:rPr>
        <w:t>9.2 Any disputes arising out of or relating to this Agreement shall be resolved first through good faith negotiation between the parties.</w:t>
      </w:r>
    </w:p>
    <w:p>
      <w:r>
        <w:rPr>
          <w:b w:val="0"/>
          <w:sz w:val="20"/>
        </w:rPr>
        <w:t>9.3 If unresolved, disputes shall be submitted to binding arbitration in accordance with the rules of the American Arbitration Association.</w:t>
      </w:r>
    </w:p>
    <w:p/>
    <w:p>
      <w:r>
        <w:rPr>
          <w:b/>
          <w:sz w:val="20"/>
        </w:rPr>
        <w:t>10. ENTIRE AGREEMENT</w:t>
      </w:r>
    </w:p>
    <w:p>
      <w:r>
        <w:rPr>
          <w:b w:val="0"/>
          <w:sz w:val="20"/>
        </w:rPr>
        <w:t>10.1 This Agreement constitutes the entire understanding between the parties and supersedes all prior agreements, oral or written, relating to the subject matter herein.</w:t>
      </w:r>
    </w:p>
    <w:p>
      <w:r>
        <w:rPr>
          <w:b w:val="0"/>
          <w:sz w:val="20"/>
        </w:rPr>
        <w:t>10.2 Any amendments or modifications must be in writing and signed by both parties.</w:t>
      </w:r>
    </w:p>
    <w:p/>
    <w:p>
      <w:r>
        <w:rPr>
          <w:b/>
          <w:sz w:val="20"/>
        </w:rPr>
        <w:t>11. SEVERABILITY</w:t>
      </w:r>
    </w:p>
    <w:p>
      <w:r>
        <w:rPr>
          <w:b w:val="0"/>
          <w:sz w:val="20"/>
        </w:rPr>
        <w:t>11.1 If any provision of this Agreement is held invalid or unenforceable, the remainder shall continue in full force and effect.</w:t>
      </w:r>
    </w:p>
    <w:p/>
    <w:p>
      <w:r>
        <w:rPr>
          <w:b/>
          <w:sz w:val="20"/>
        </w:rPr>
        <w:t>12. WAIVER</w:t>
      </w:r>
    </w:p>
    <w:p>
      <w:r>
        <w:rPr>
          <w:b w:val="0"/>
          <w:sz w:val="20"/>
        </w:rPr>
        <w:t>12.1 Failure to enforce any provision of this Agreement shall not constitute a waiver of that or any other provision.</w:t>
      </w:r>
    </w:p>
    <w:p/>
    <w:p>
      <w:r>
        <w:rPr>
          <w:b/>
          <w:sz w:val="20"/>
        </w:rPr>
        <w:t>13. NOTICES</w:t>
      </w:r>
    </w:p>
    <w:p>
      <w:r>
        <w:rPr>
          <w:b w:val="0"/>
          <w:sz w:val="20"/>
        </w:rPr>
        <w:t>13.1 All notices required or permitted under this Agreement shall be in writing and delivered to the addresses set forth above or to such other address as either party may designate in writing.</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w:t>
            </w:r>
          </w:p>
        </w:tc>
      </w:tr>
      <w:tr>
        <w:tc>
          <w:tcPr>
            <w:tcW w:type="dxa" w:w="4986"/>
            <w:tcBorders>
              <w:top w:val="nil"/>
              <w:left w:val="nil"/>
              <w:bottom w:val="nil"/>
              <w:right w:val="nil"/>
              <w:insideH w:val="nil"/>
              <w:insideV w:val="nil"/>
            </w:tcBorders>
          </w:tcPr>
          <w:p>
            <w:pPr>
              <w:jc w:val="center"/>
            </w:pPr>
            <w:r>
              <w:t>Print Name: ________________________________</w:t>
            </w:r>
          </w:p>
        </w:tc>
        <w:tc>
          <w:tcPr>
            <w:tcW w:type="dxa" w:w="4986"/>
            <w:tcBorders>
              <w:top w:val="nil"/>
              <w:left w:val="nil"/>
              <w:bottom w:val="nil"/>
              <w:right w:val="nil"/>
              <w:insideH w:val="nil"/>
              <w:insideV w:val="nil"/>
            </w:tcBorders>
          </w:tcPr>
          <w:p>
            <w:pPr>
              <w:jc w:val="center"/>
            </w:pPr>
            <w:r>
              <w:t>Print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https://docs-worklife.com/part-time-employment-contract-template/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part-time-employment-contrac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