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SHARING OFFICE SPACE RENTAL AGREEMENT</w:t>
      </w:r>
    </w:p>
    <w:p/>
    <w:p>
      <w:r>
        <w:rPr>
          <w:b/>
          <w:sz w:val="20"/>
        </w:rPr>
        <w:t>This Sharing Office Space Rental Agreement ("Agreement") is made and entered into by and between the following parties:</w:t>
      </w:r>
    </w:p>
    <w:p/>
    <w:p>
      <w:r>
        <w:rPr>
          <w:b/>
          <w:sz w:val="20"/>
        </w:rPr>
        <w:t>Landlord:</w:t>
      </w:r>
    </w:p>
    <w:p>
      <w:r>
        <w:rPr>
          <w:b w:val="0"/>
          <w:sz w:val="20"/>
        </w:rPr>
        <w:t>Full Legal Name: 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Tenant:</w:t>
      </w:r>
    </w:p>
    <w:p>
      <w:r>
        <w:rPr>
          <w:b w:val="0"/>
          <w:sz w:val="20"/>
        </w:rPr>
        <w:t>Full Legal Name: 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Landlord is the lawful owner or authorized agent of the office space described below;</w:t>
      </w:r>
    </w:p>
    <w:p>
      <w:r>
        <w:rPr>
          <w:b w:val="0"/>
          <w:sz w:val="20"/>
        </w:rPr>
        <w:t>WHEREAS, Tenant desires to rent a portion of the office space for business purposes;</w:t>
      </w:r>
    </w:p>
    <w:p>
      <w:r>
        <w:rPr>
          <w:b w:val="0"/>
          <w:sz w:val="20"/>
        </w:rPr>
        <w:t>WHEREAS, Landlord agrees to rent the premises under the terms and conditions set forth herein.</w:t>
      </w:r>
    </w:p>
    <w:p/>
    <w:p>
      <w:r>
        <w:rPr>
          <w:b/>
          <w:sz w:val="20"/>
        </w:rPr>
        <w:t>1. PREMISES</w:t>
      </w:r>
    </w:p>
    <w:p>
      <w:r>
        <w:rPr>
          <w:b w:val="0"/>
          <w:sz w:val="20"/>
        </w:rPr>
        <w:t>Landlord hereby rents to Tenant a portion of the office space located at:</w:t>
      </w:r>
    </w:p>
    <w:p>
      <w:r>
        <w:rPr>
          <w:b w:val="0"/>
          <w:sz w:val="20"/>
        </w:rPr>
        <w:t>Address: _________________________________________________________________</w:t>
      </w:r>
    </w:p>
    <w:p>
      <w:r>
        <w:rPr>
          <w:b w:val="0"/>
          <w:sz w:val="20"/>
        </w:rPr>
        <w:t>Description of rented space: ______________________________________________</w:t>
      </w:r>
    </w:p>
    <w:p>
      <w:r>
        <w:rPr>
          <w:b w:val="0"/>
          <w:sz w:val="20"/>
        </w:rPr>
        <w:t>Common areas include but are not limited to: restrooms, kitchen, hallways, and conference rooms.</w:t>
      </w:r>
    </w:p>
    <w:p/>
    <w:p>
      <w:r>
        <w:rPr>
          <w:b/>
          <w:sz w:val="20"/>
        </w:rPr>
        <w:t>2. TERM</w:t>
      </w:r>
    </w:p>
    <w:p>
      <w:r>
        <w:rPr>
          <w:b w:val="0"/>
          <w:sz w:val="20"/>
        </w:rPr>
        <w:t>The term of this Agreement shall commence on the date of execution and continue on a month-to-month basis until terminated by either party pursuant to this Agreement.</w:t>
      </w:r>
    </w:p>
    <w:p/>
    <w:p>
      <w:r>
        <w:rPr>
          <w:b/>
          <w:sz w:val="20"/>
        </w:rPr>
        <w:t>3. RENT</w:t>
      </w:r>
    </w:p>
    <w:p>
      <w:r>
        <w:rPr>
          <w:b w:val="0"/>
          <w:sz w:val="20"/>
        </w:rPr>
        <w:t>Tenant agrees to pay Landlord a monthly rent of $________________, payable in advance on the first day of each month.</w:t>
      </w:r>
    </w:p>
    <w:p>
      <w:r>
        <w:rPr>
          <w:b w:val="0"/>
          <w:sz w:val="20"/>
        </w:rPr>
        <w:t>Rent payments shall be made to Landlord at the address specified above or at such other place as Landlord may designate in writing.</w:t>
      </w:r>
    </w:p>
    <w:p/>
    <w:p>
      <w:r>
        <w:rPr>
          <w:b/>
          <w:sz w:val="20"/>
        </w:rPr>
        <w:t>4. SECURITY DEPOSIT</w:t>
      </w:r>
    </w:p>
    <w:p>
      <w:r>
        <w:rPr>
          <w:b w:val="0"/>
          <w:sz w:val="20"/>
        </w:rPr>
        <w:t>Tenant shall pay a security deposit of $________________ prior to occupancy, to be held by Landlord as security for Tenant’s performance under this Agreement.</w:t>
      </w:r>
    </w:p>
    <w:p>
      <w:r>
        <w:rPr>
          <w:b w:val="0"/>
          <w:sz w:val="20"/>
        </w:rPr>
        <w:t>The security deposit shall be refundable upon termination of this Agreement, subject to deduction for damages or unpaid amounts owed by Tenant.</w:t>
      </w:r>
    </w:p>
    <w:p/>
    <w:p>
      <w:r>
        <w:rPr>
          <w:b/>
          <w:sz w:val="20"/>
        </w:rPr>
        <w:t>5. USE OF PREMISES</w:t>
      </w:r>
    </w:p>
    <w:p>
      <w:r>
        <w:rPr>
          <w:b w:val="0"/>
          <w:sz w:val="20"/>
        </w:rPr>
        <w:t>Tenant shall use the Premises solely for lawful business purposes and shall comply with all applicable laws, ordinances, and regulations.</w:t>
      </w:r>
    </w:p>
    <w:p>
      <w:r>
        <w:rPr>
          <w:b w:val="0"/>
          <w:sz w:val="20"/>
        </w:rPr>
        <w:t>Tenant shall not conduct any illegal activities or create any nuisance or hazard on the Premises.</w:t>
      </w:r>
    </w:p>
    <w:p/>
    <w:p>
      <w:r>
        <w:rPr>
          <w:b/>
          <w:sz w:val="20"/>
        </w:rPr>
        <w:t>6. ACCESS AND COMMON AREAS</w:t>
      </w:r>
    </w:p>
    <w:p>
      <w:r>
        <w:rPr>
          <w:b w:val="0"/>
          <w:sz w:val="20"/>
        </w:rPr>
        <w:t>Tenant shall have non-exclusive access to designated common areas during normal business hours.</w:t>
      </w:r>
    </w:p>
    <w:p>
      <w:r>
        <w:rPr>
          <w:b w:val="0"/>
          <w:sz w:val="20"/>
        </w:rPr>
        <w:t>Tenant shall keep the rented space and shared areas clean and orderly, and shall not obstruct or damage any part of the Premises or common areas.</w:t>
      </w:r>
    </w:p>
    <w:p/>
    <w:p>
      <w:r>
        <w:rPr>
          <w:b/>
          <w:sz w:val="20"/>
        </w:rPr>
        <w:t>7. UTILITIES AND SERVICES</w:t>
      </w:r>
    </w:p>
    <w:p>
      <w:r>
        <w:rPr>
          <w:b w:val="0"/>
          <w:sz w:val="20"/>
        </w:rPr>
        <w:t>Landlord shall provide utilities including electricity, water, heating, air conditioning, internet, and janitorial services as part of the rent.</w:t>
      </w:r>
    </w:p>
    <w:p>
      <w:r>
        <w:rPr>
          <w:b w:val="0"/>
          <w:sz w:val="20"/>
        </w:rPr>
        <w:t>Any additional services requested by Tenant may be subject to additional charges as agreed between the parties.</w:t>
      </w:r>
    </w:p>
    <w:p/>
    <w:p>
      <w:r>
        <w:rPr>
          <w:b/>
          <w:sz w:val="20"/>
        </w:rPr>
        <w:t>8. MAINTENANCE AND REPAIRS</w:t>
      </w:r>
    </w:p>
    <w:p>
      <w:r>
        <w:rPr>
          <w:b w:val="0"/>
          <w:sz w:val="20"/>
        </w:rPr>
        <w:t>Landlord shall maintain the structural integrity and major systems of the Premises.</w:t>
      </w:r>
    </w:p>
    <w:p>
      <w:r>
        <w:rPr>
          <w:b w:val="0"/>
          <w:sz w:val="20"/>
        </w:rPr>
        <w:t>Tenant shall be responsible for any damage caused by Tenant or Tenant’s guests, and shall promptly notify Landlord of any required repairs.</w:t>
      </w:r>
    </w:p>
    <w:p/>
    <w:p>
      <w:r>
        <w:rPr>
          <w:b/>
          <w:sz w:val="20"/>
        </w:rPr>
        <w:t>9. ALTERATIONS</w:t>
      </w:r>
    </w:p>
    <w:p>
      <w:r>
        <w:rPr>
          <w:b w:val="0"/>
          <w:sz w:val="20"/>
        </w:rPr>
        <w:t>Tenant shall not make any alterations, improvements, or additions to the Premises without prior written consent of Landlord.</w:t>
      </w:r>
    </w:p>
    <w:p>
      <w:r>
        <w:rPr>
          <w:b w:val="0"/>
          <w:sz w:val="20"/>
        </w:rPr>
        <w:t>All approved alterations shall become the property of the Landlord upon termination of this Agreement unless otherwise agreed.</w:t>
      </w:r>
    </w:p>
    <w:p/>
    <w:p>
      <w:r>
        <w:rPr>
          <w:b/>
          <w:sz w:val="20"/>
        </w:rPr>
        <w:t>10. INSURANCE AND LIABILITY</w:t>
      </w:r>
    </w:p>
    <w:p>
      <w:r>
        <w:rPr>
          <w:b w:val="0"/>
          <w:sz w:val="20"/>
        </w:rPr>
        <w:t>Tenant is advised and encouraged to obtain renter’s insurance for personal property and liability.</w:t>
      </w:r>
    </w:p>
    <w:p>
      <w:r>
        <w:rPr>
          <w:b w:val="0"/>
          <w:sz w:val="20"/>
        </w:rPr>
        <w:t>Landlord shall not be liable for any loss, damage, or injury to Tenant or Tenant’s property, except to the extent caused by Landlord’s gross negligence or willful misconduct.</w:t>
      </w:r>
    </w:p>
    <w:p/>
    <w:p>
      <w:r>
        <w:rPr>
          <w:b/>
          <w:sz w:val="20"/>
        </w:rPr>
        <w:t>11. INDEMNIFICATION</w:t>
      </w:r>
    </w:p>
    <w:p>
      <w:r>
        <w:rPr>
          <w:b w:val="0"/>
          <w:sz w:val="20"/>
        </w:rPr>
        <w:t>Tenant agrees to indemnify, defend, and hold harmless Landlord from any claims, damages, losses, or expenses arising out of Tenant’s use of the Premises or any breach of this Agreement.</w:t>
      </w:r>
    </w:p>
    <w:p/>
    <w:p>
      <w:r>
        <w:rPr>
          <w:b/>
          <w:sz w:val="20"/>
        </w:rPr>
        <w:t>12. RULES AND REGULATIONS</w:t>
      </w:r>
    </w:p>
    <w:p>
      <w:r>
        <w:rPr>
          <w:b w:val="0"/>
          <w:sz w:val="20"/>
        </w:rPr>
        <w:t>Tenant agrees to comply with all rules and regulations established by Landlord for the safe and orderly operation of the Premises, which may be amended from time to time upon reasonable notice.</w:t>
      </w:r>
    </w:p>
    <w:p/>
    <w:p>
      <w:r>
        <w:rPr>
          <w:b/>
          <w:sz w:val="20"/>
        </w:rPr>
        <w:t>13. TERMINATION</w:t>
      </w:r>
    </w:p>
    <w:p>
      <w:r>
        <w:rPr>
          <w:b w:val="0"/>
          <w:sz w:val="20"/>
        </w:rPr>
        <w:t>Either party may terminate this Agreement by providing thirty (30) days written notice to the other party.</w:t>
      </w:r>
    </w:p>
    <w:p>
      <w:r>
        <w:rPr>
          <w:b w:val="0"/>
          <w:sz w:val="20"/>
        </w:rPr>
        <w:t>Upon termination, Tenant shall vacate the Premises, remove all personal property, and return the Premises in the same condition as received, ordinary wear and tear excepted.</w:t>
      </w:r>
    </w:p>
    <w:p/>
    <w:p>
      <w:r>
        <w:rPr>
          <w:b/>
          <w:sz w:val="20"/>
        </w:rPr>
        <w:t>14. DEFAULT</w:t>
      </w:r>
    </w:p>
    <w:p>
      <w:r>
        <w:rPr>
          <w:b w:val="0"/>
          <w:sz w:val="20"/>
        </w:rPr>
        <w:t>If Tenant fails to pay rent or otherwise breaches this Agreement, Landlord may terminate the Agreement and seek all remedies available under applicable law.</w:t>
      </w:r>
    </w:p>
    <w:p>
      <w:r>
        <w:rPr>
          <w:b w:val="0"/>
          <w:sz w:val="20"/>
        </w:rPr>
        <w:t>Tenant shall be responsible for all costs, including reasonable attorney’s fees, incurred by Landlord in enforcing this Agreement.</w:t>
      </w:r>
    </w:p>
    <w:p/>
    <w:p>
      <w:r>
        <w:rPr>
          <w:b/>
          <w:sz w:val="20"/>
        </w:rPr>
        <w:t>15. GOVERNING LAW</w:t>
      </w:r>
    </w:p>
    <w:p>
      <w:r>
        <w:rPr>
          <w:b w:val="0"/>
          <w:sz w:val="20"/>
        </w:rPr>
        <w:t>This Agreement shall be governed by and construed in accordance with the laws of the State in which the Premises are located, without regard to conflict of laws principles.</w:t>
      </w:r>
    </w:p>
    <w:p/>
    <w:p>
      <w:r>
        <w:rPr>
          <w:b/>
          <w:sz w:val="20"/>
        </w:rPr>
        <w:t>16. ENTIRE AGREEMENT</w:t>
      </w:r>
    </w:p>
    <w:p>
      <w:r>
        <w:rPr>
          <w:b w:val="0"/>
          <w:sz w:val="20"/>
        </w:rPr>
        <w:t>This Agreement constitutes the entire agreement between the parties and supersedes all prior understandings, agreements, or representations, oral or written.</w:t>
      </w:r>
    </w:p>
    <w:p>
      <w:r>
        <w:rPr>
          <w:b w:val="0"/>
          <w:sz w:val="20"/>
        </w:rPr>
        <w:t>Any amendments must be in writing and signed by both parties.</w:t>
      </w:r>
    </w:p>
    <w:p/>
    <w:p>
      <w:r>
        <w:rPr>
          <w:b/>
          <w:sz w:val="20"/>
        </w:rPr>
        <w:t>17. SEVERABILITY</w:t>
      </w:r>
    </w:p>
    <w:p>
      <w:r>
        <w:rPr>
          <w:b w:val="0"/>
          <w:sz w:val="20"/>
        </w:rPr>
        <w:t>If any provision of this Agreement is found to be invalid or unenforceable, the remaining provisions shall continue in full force and effect.</w:t>
      </w:r>
    </w:p>
    <w:p/>
    <w:p>
      <w:r>
        <w:rPr>
          <w:b/>
          <w:sz w:val="20"/>
        </w:rPr>
        <w:t>18. WAIVER</w:t>
      </w:r>
    </w:p>
    <w:p>
      <w:r>
        <w:rPr>
          <w:b w:val="0"/>
          <w:sz w:val="20"/>
        </w:rPr>
        <w:t>Failure by either party to enforce any provision of this Agreement shall not constitute a waiver of that provision or any other provision.</w:t>
      </w:r>
    </w:p>
    <w:p/>
    <w:p/>
    <w:p>
      <w:r>
        <w:rPr>
          <w:b w:val="0"/>
          <w:sz w:val="20"/>
        </w:rPr>
        <w:t>Place of Agreement Execution: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https://docs-worklife.com/sharing-office-space-rental-agreement-template/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sharing-office-space-rental-agreement-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