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TALENT ENGAGEMENT AGREEMENT</w:t>
      </w:r>
    </w:p>
    <w:p/>
    <w:p>
      <w:r>
        <w:rPr>
          <w:b/>
          <w:sz w:val="20"/>
        </w:rPr>
        <w:t>This Talent Engagement Agreement ("Agreement") is entered into by and between:</w:t>
      </w:r>
    </w:p>
    <w:p>
      <w:r>
        <w:rPr>
          <w:b w:val="0"/>
          <w:sz w:val="20"/>
        </w:rPr>
        <w:t>Engager ("Company"):</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p>
      <w:r>
        <w:rPr>
          <w:b w:val="0"/>
          <w:sz w:val="20"/>
        </w:rPr>
        <w:t>Talent ("Artist"):</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2"/>
        </w:rPr>
        <w:t>RECITALS</w:t>
      </w:r>
    </w:p>
    <w:p>
      <w:r>
        <w:rPr>
          <w:b w:val="0"/>
          <w:sz w:val="20"/>
        </w:rPr>
        <w:t>WHEREAS, the Company wishes to engage the Artist for certain professional services and the Artist agrees to provide such services under the terms set forth herein.</w:t>
      </w:r>
    </w:p>
    <w:p/>
    <w:p>
      <w:r>
        <w:rPr>
          <w:b/>
          <w:sz w:val="22"/>
        </w:rPr>
        <w:t>1. ENGAGEMENT AND SERVICES</w:t>
      </w:r>
    </w:p>
    <w:p>
      <w:r>
        <w:rPr>
          <w:b w:val="0"/>
          <w:sz w:val="20"/>
        </w:rPr>
        <w:t>1.1 The Company hereby engages the Artist, and the Artist agrees to perform the services described in Exhibit A attached hereto (the "Services"), including but not limited to performances, appearances, recordings, promotional activities, and other related services as mutually agreed.</w:t>
      </w:r>
    </w:p>
    <w:p>
      <w:r>
        <w:rPr>
          <w:b w:val="0"/>
          <w:sz w:val="20"/>
        </w:rPr>
        <w:t>1.2 The Artist shall perform the Services to the best of their ability and in a professional manner consistent with industry standards.</w:t>
      </w:r>
    </w:p>
    <w:p/>
    <w:p>
      <w:r>
        <w:rPr>
          <w:b/>
          <w:sz w:val="22"/>
        </w:rPr>
        <w:t>2. TERM</w:t>
      </w:r>
    </w:p>
    <w:p>
      <w:r>
        <w:rPr>
          <w:b w:val="0"/>
          <w:sz w:val="20"/>
        </w:rPr>
        <w:t>2.1 This Agreement shall commence upon execution by both parties and continue until the completion of the Services or until terminated as provided herein.</w:t>
      </w:r>
    </w:p>
    <w:p/>
    <w:p>
      <w:r>
        <w:rPr>
          <w:b/>
          <w:sz w:val="22"/>
        </w:rPr>
        <w:t>3. COMPENSATION</w:t>
      </w:r>
    </w:p>
    <w:p>
      <w:r>
        <w:rPr>
          <w:b w:val="0"/>
          <w:sz w:val="20"/>
        </w:rPr>
        <w:t>3.1 The Company agrees to pay the Artist the amount of $________________ for the Services rendered, according to the payment schedule set forth in Exhibit B.</w:t>
      </w:r>
    </w:p>
    <w:p>
      <w:r>
        <w:rPr>
          <w:b w:val="0"/>
          <w:sz w:val="20"/>
        </w:rPr>
        <w:t>3.2 All payments shall be made in U.S. dollars and are exclusive of any taxes which shall be the responsibility of the party required by law to pay such taxes.</w:t>
      </w:r>
    </w:p>
    <w:p/>
    <w:p>
      <w:r>
        <w:rPr>
          <w:b/>
          <w:sz w:val="22"/>
        </w:rPr>
        <w:t>4. EXPENSES</w:t>
      </w:r>
    </w:p>
    <w:p>
      <w:r>
        <w:rPr>
          <w:b w:val="0"/>
          <w:sz w:val="20"/>
        </w:rPr>
        <w:t>4.1 Unless otherwise agreed in writing, the Company shall reimburse the Artist for all pre-approved reasonable and necessary expenses incurred in connection with the performance of the Services upon submission of appropriate documentation.</w:t>
      </w:r>
    </w:p>
    <w:p/>
    <w:p>
      <w:r>
        <w:rPr>
          <w:b/>
          <w:sz w:val="22"/>
        </w:rPr>
        <w:t>5. INDEPENDENT CONTRACTOR STATUS</w:t>
      </w:r>
    </w:p>
    <w:p>
      <w:r>
        <w:rPr>
          <w:b w:val="0"/>
          <w:sz w:val="20"/>
        </w:rPr>
        <w:t>5.1 The Artist is an independent contractor and not an employee, agent, or partner of the Company.</w:t>
      </w:r>
    </w:p>
    <w:p>
      <w:r>
        <w:rPr>
          <w:b w:val="0"/>
          <w:sz w:val="20"/>
        </w:rPr>
        <w:t>5.2 The Artist shall have no authority to bind the Company in any respect.</w:t>
      </w:r>
    </w:p>
    <w:p/>
    <w:p>
      <w:r>
        <w:rPr>
          <w:b/>
          <w:sz w:val="22"/>
        </w:rPr>
        <w:t>6. INTELLECTUAL PROPERTY RIGHTS</w:t>
      </w:r>
    </w:p>
    <w:p>
      <w:r>
        <w:rPr>
          <w:b w:val="0"/>
          <w:sz w:val="20"/>
        </w:rPr>
        <w:t>6.1 The Artist retains all rights to their pre-existing intellectual property.</w:t>
      </w:r>
    </w:p>
    <w:p>
      <w:r>
        <w:rPr>
          <w:b w:val="0"/>
          <w:sz w:val="20"/>
        </w:rPr>
        <w:t>6.2 The parties agree that all works created by the Artist specifically for the Company under this Agreement ("Work Product") shall be considered "work made for hire" and the exclusive property of the Company.</w:t>
      </w:r>
    </w:p>
    <w:p>
      <w:r>
        <w:rPr>
          <w:b w:val="0"/>
          <w:sz w:val="20"/>
        </w:rPr>
        <w:t>6.3 To the extent any Work Product does not qualify as a "work made for hire," the Artist hereby assigns all right, title, and interest in such Work Product to the Company.</w:t>
      </w:r>
    </w:p>
    <w:p/>
    <w:p>
      <w:r>
        <w:rPr>
          <w:b/>
          <w:sz w:val="22"/>
        </w:rPr>
        <w:t>7. CONFIDENTIALITY</w:t>
      </w:r>
    </w:p>
    <w:p>
      <w:r>
        <w:rPr>
          <w:b w:val="0"/>
          <w:sz w:val="20"/>
        </w:rPr>
        <w:t>7.1 The Artist agrees to hold in strict confidence all confidential information received from the Company during the term of this Agreement and not to disclose such information to any third party without prior written consent.</w:t>
      </w:r>
    </w:p>
    <w:p>
      <w:r>
        <w:rPr>
          <w:b w:val="0"/>
          <w:sz w:val="20"/>
        </w:rPr>
        <w:t>7.2 This obligation shall survive termination of this Agreement.</w:t>
      </w:r>
    </w:p>
    <w:p/>
    <w:p>
      <w:r>
        <w:rPr>
          <w:b/>
          <w:sz w:val="22"/>
        </w:rPr>
        <w:t>8. REPRESENTATIONS AND WARRANTIES</w:t>
      </w:r>
    </w:p>
    <w:p>
      <w:r>
        <w:rPr>
          <w:b w:val="0"/>
          <w:sz w:val="20"/>
        </w:rPr>
        <w:t>8.1 The Artist represents and warrants that they have the full right and authority to enter into this Agreement and perform their obligations hereunder.</w:t>
      </w:r>
    </w:p>
    <w:p>
      <w:r>
        <w:rPr>
          <w:b w:val="0"/>
          <w:sz w:val="20"/>
        </w:rPr>
        <w:t>8.2 The Artist further warrants that the performance of the Services will not infringe upon the rights of any third party.</w:t>
      </w:r>
    </w:p>
    <w:p/>
    <w:p>
      <w:r>
        <w:rPr>
          <w:b/>
          <w:sz w:val="22"/>
        </w:rPr>
        <w:t>9. INDEMNIFICATION</w:t>
      </w:r>
    </w:p>
    <w:p>
      <w:r>
        <w:rPr>
          <w:b w:val="0"/>
          <w:sz w:val="20"/>
        </w:rPr>
        <w:t>9.1 Each party agrees to indemnify and hold harmless the other party, its officers, directors, employees, and agents from and against any claims, liabilities, damages, losses, or expenses arising out of any breach of this Agreement or any negligent or willful misconduct.</w:t>
      </w:r>
    </w:p>
    <w:p/>
    <w:p>
      <w:r>
        <w:rPr>
          <w:b/>
          <w:sz w:val="22"/>
        </w:rPr>
        <w:t>10. TERMINATION</w:t>
      </w:r>
    </w:p>
    <w:p>
      <w:r>
        <w:rPr>
          <w:b w:val="0"/>
          <w:sz w:val="20"/>
        </w:rPr>
        <w:t>10.1 Either party may terminate this Agreement upon written notice if the other party materially breaches any provision and fails to cure such breach within fifteen (15) days after receipt of notice.</w:t>
      </w:r>
    </w:p>
    <w:p>
      <w:r>
        <w:rPr>
          <w:b w:val="0"/>
          <w:sz w:val="20"/>
        </w:rPr>
        <w:t>10.2 The Company may terminate this Agreement immediately for cause, including but not limited to misconduct or failure to perform.</w:t>
      </w:r>
    </w:p>
    <w:p>
      <w:r>
        <w:rPr>
          <w:b w:val="0"/>
          <w:sz w:val="20"/>
        </w:rPr>
        <w:t>10.3 Upon termination, the Artist shall cease performing Services and return all Company property and confidential information.</w:t>
      </w:r>
    </w:p>
    <w:p/>
    <w:p>
      <w:r>
        <w:rPr>
          <w:b/>
          <w:sz w:val="22"/>
        </w:rPr>
        <w:t>11. GOVERNING LAW AND JURISDICTION</w:t>
      </w:r>
    </w:p>
    <w:p>
      <w:r>
        <w:rPr>
          <w:b w:val="0"/>
          <w:sz w:val="20"/>
        </w:rPr>
        <w:t>11.1 This Agreement shall be governed by and construed in accordance with the laws of the State of ____________________, without regard to conflict of law principles.</w:t>
      </w:r>
    </w:p>
    <w:p>
      <w:r>
        <w:rPr>
          <w:b w:val="0"/>
          <w:sz w:val="20"/>
        </w:rPr>
        <w:t>11.2 The parties consent to the exclusive jurisdiction and venue of the federal and state courts located in ____________________ for any disputes arising out of this Agreement.</w:t>
      </w:r>
    </w:p>
    <w:p/>
    <w:p>
      <w:r>
        <w:rPr>
          <w:b/>
          <w:sz w:val="22"/>
        </w:rPr>
        <w:t>12. MISCELLANEOUS</w:t>
      </w:r>
    </w:p>
    <w:p>
      <w:r>
        <w:rPr>
          <w:b w:val="0"/>
          <w:sz w:val="20"/>
        </w:rPr>
        <w:t>12.1 Entire Agreement: This Agreement, including all Exhibits, constitutes the entire agreement between the parties and supersedes all prior negotiations, understandings, and agreements.</w:t>
      </w:r>
    </w:p>
    <w:p>
      <w:r>
        <w:rPr>
          <w:b w:val="0"/>
          <w:sz w:val="20"/>
        </w:rPr>
        <w:t>12.2 Amendments: Any modifications or amendments to this Agreement must be in writing and signed by both parties.</w:t>
      </w:r>
    </w:p>
    <w:p>
      <w:r>
        <w:rPr>
          <w:b w:val="0"/>
          <w:sz w:val="20"/>
        </w:rPr>
        <w:t>12.3 Assignment: Neither party may assign this Agreement without the prior written consent of the other.</w:t>
      </w:r>
    </w:p>
    <w:p>
      <w:r>
        <w:rPr>
          <w:b w:val="0"/>
          <w:sz w:val="20"/>
        </w:rPr>
        <w:t>12.4 Severability: If any provision is held invalid or unenforceable, the remaining provisions shall remain in full force and effect.</w:t>
      </w:r>
    </w:p>
    <w:p>
      <w:r>
        <w:rPr>
          <w:b w:val="0"/>
          <w:sz w:val="20"/>
        </w:rPr>
        <w:t>12.5 Waiver: No waiver of any breach or default shall be deemed a waiver of any subsequent breach or default.</w:t>
      </w:r>
    </w:p>
    <w:p>
      <w:r>
        <w:rPr>
          <w:b w:val="0"/>
          <w:sz w:val="20"/>
        </w:rPr>
        <w:t>12.6 Notices: All notices under this Agreement shall be in writing and delivered to the addresses stated above.</w:t>
      </w:r>
    </w:p>
    <w:p/>
    <w:p>
      <w:r>
        <w:rPr>
          <w:b/>
          <w:sz w:val="22"/>
        </w:rPr>
        <w:t>EXHIBIT A</w:t>
      </w:r>
    </w:p>
    <w:p>
      <w:r>
        <w:rPr>
          <w:b w:val="0"/>
          <w:sz w:val="20"/>
        </w:rPr>
        <w:t>Description of Services: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2"/>
        </w:rPr>
        <w:t>EXHIBIT B</w:t>
      </w:r>
    </w:p>
    <w:p>
      <w:r>
        <w:rPr>
          <w:b w:val="0"/>
          <w:sz w:val="20"/>
        </w:rPr>
        <w:t>Payment Schedule:</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ARTIST (TALENT)</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Name &amp; Title: 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https://docs-worklife.com/talent-contract-template/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talent-contract-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