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TERMINATION LETTER</w:t>
      </w:r>
    </w:p>
    <w:p/>
    <w:p/>
    <w:p>
      <w:r>
        <w:rPr>
          <w:b/>
          <w:sz w:val="20"/>
        </w:rPr>
        <w:t>Employer Information:</w:t>
      </w:r>
    </w:p>
    <w:p>
      <w:r>
        <w:rPr>
          <w:b w:val="0"/>
          <w:sz w:val="20"/>
        </w:rPr>
        <w:t>Company Name: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Job Title: _____________________________________________________________</w:t>
      </w:r>
    </w:p>
    <w:p>
      <w:r>
        <w:rPr>
          <w:b w:val="0"/>
          <w:sz w:val="20"/>
        </w:rPr>
        <w:t>Employee ID: ___________________________________________________________</w:t>
      </w:r>
    </w:p>
    <w:p>
      <w:r>
        <w:rPr>
          <w:b w:val="0"/>
          <w:sz w:val="20"/>
        </w:rPr>
        <w:t>Department: ____________________________________________________________</w:t>
      </w:r>
    </w:p>
    <w:p/>
    <w:p>
      <w:r>
        <w:rPr>
          <w:b/>
          <w:sz w:val="20"/>
        </w:rPr>
        <w:t>Subject: Termination of Employment</w:t>
      </w:r>
    </w:p>
    <w:p/>
    <w:p>
      <w:r>
        <w:rPr>
          <w:b w:val="0"/>
          <w:sz w:val="20"/>
        </w:rPr>
        <w:t>Dear ____________________________________________________________,</w:t>
      </w:r>
    </w:p>
    <w:p/>
    <w:p>
      <w:r>
        <w:rPr>
          <w:b w:val="0"/>
          <w:sz w:val="20"/>
        </w:rPr>
        <w:t>This letter serves as formal notification of the termination of your employment with __________________________________________________ (Company Name). This termination is effective immediately upon delivery of this letter, subject to any applicable notice period or pay in lieu thereof as described below.</w:t>
      </w:r>
    </w:p>
    <w:p/>
    <w:p>
      <w:r>
        <w:rPr>
          <w:b/>
          <w:sz w:val="20"/>
        </w:rPr>
        <w:t>1. Reason for Termination</w:t>
      </w:r>
    </w:p>
    <w:p>
      <w:r>
        <w:rPr>
          <w:b w:val="0"/>
          <w:sz w:val="20"/>
        </w:rPr>
        <w:t>The reason for termination is as follows (check applicable):</w:t>
      </w:r>
    </w:p>
    <w:p>
      <w:r>
        <w:rPr>
          <w:b w:val="0"/>
          <w:sz w:val="20"/>
        </w:rPr>
        <w:t>☐ Performance-related issues</w:t>
      </w:r>
    </w:p>
    <w:p>
      <w:r>
        <w:rPr>
          <w:b w:val="0"/>
          <w:sz w:val="20"/>
        </w:rPr>
        <w:t>☐ Misconduct or violation of company policies</w:t>
      </w:r>
    </w:p>
    <w:p>
      <w:r>
        <w:rPr>
          <w:b w:val="0"/>
          <w:sz w:val="20"/>
        </w:rPr>
        <w:t>☐ Redundancy or organizational restructuring</w:t>
      </w:r>
    </w:p>
    <w:p>
      <w:r>
        <w:rPr>
          <w:b w:val="0"/>
          <w:sz w:val="20"/>
        </w:rPr>
        <w:t>☐ Mutual agreement</w:t>
      </w:r>
    </w:p>
    <w:p>
      <w:r>
        <w:rPr>
          <w:b w:val="0"/>
          <w:sz w:val="20"/>
        </w:rPr>
        <w:t>☐ Other: ______________________________________________________________</w:t>
      </w:r>
    </w:p>
    <w:p/>
    <w:p>
      <w:r>
        <w:rPr>
          <w:b/>
          <w:sz w:val="20"/>
        </w:rPr>
        <w:t>2. Notice Period and Final Day of Employment</w:t>
      </w:r>
    </w:p>
    <w:p>
      <w:r>
        <w:rPr>
          <w:b w:val="0"/>
          <w:sz w:val="20"/>
        </w:rPr>
        <w:t>You are hereby provided with a notice period of ________________ days, commencing from the date of receipt of this letter. Your final day of employment will be ________________, unless otherwise agreed in writing.</w:t>
      </w:r>
    </w:p>
    <w:p>
      <w:r>
        <w:rPr>
          <w:b w:val="0"/>
          <w:sz w:val="20"/>
        </w:rPr>
        <w:t>If applicable, payment in lieu of notice will be provided according to company policy and legal requirements.</w:t>
      </w:r>
    </w:p>
    <w:p/>
    <w:p>
      <w:r>
        <w:rPr>
          <w:b/>
          <w:sz w:val="20"/>
        </w:rPr>
        <w:t>3. Final Compensation and Benefits</w:t>
      </w:r>
    </w:p>
    <w:p>
      <w:r>
        <w:rPr>
          <w:b w:val="0"/>
          <w:sz w:val="20"/>
        </w:rPr>
        <w:t>You will receive your final paycheck including all earned but unpaid wages, accrued but unused vacation leave, and any other entitled benefits, less applicable deductions, on or before your final day of employment or as required by law.</w:t>
      </w:r>
    </w:p>
    <w:p>
      <w:r>
        <w:rPr>
          <w:b w:val="0"/>
          <w:sz w:val="20"/>
        </w:rPr>
        <w:t>Any company property in your possession must be returned by your final day. This includes but is not limited to keys, security passes, electronic devices, documents, and confidential materials.</w:t>
      </w:r>
    </w:p>
    <w:p/>
    <w:p>
      <w:r>
        <w:rPr>
          <w:b/>
          <w:sz w:val="20"/>
        </w:rPr>
        <w:t>4. Confidentiality and Non-Disclosure</w:t>
      </w:r>
    </w:p>
    <w:p>
      <w:r>
        <w:rPr>
          <w:b w:val="0"/>
          <w:sz w:val="20"/>
        </w:rPr>
        <w:t>You are reminded that your confidentiality obligations under any agreements with the company continue beyond your termination date. You must not disclose any confidential or proprietary information obtained during your employment to any third parties.</w:t>
      </w:r>
    </w:p>
    <w:p/>
    <w:p>
      <w:r>
        <w:rPr>
          <w:b/>
          <w:sz w:val="20"/>
        </w:rPr>
        <w:t>5. Return of Company Property</w:t>
      </w:r>
    </w:p>
    <w:p>
      <w:r>
        <w:rPr>
          <w:b w:val="0"/>
          <w:sz w:val="20"/>
        </w:rPr>
        <w:t>All company property must be returned to your supervisor or the Human Resources department by your last working day. Failure to return company property may result in deductions from your final paycheck or legal action.</w:t>
      </w:r>
    </w:p>
    <w:p/>
    <w:p>
      <w:r>
        <w:rPr>
          <w:b/>
          <w:sz w:val="20"/>
        </w:rPr>
        <w:t>6. Non-Compete and Non-Solicitation</w:t>
      </w:r>
    </w:p>
    <w:p>
      <w:r>
        <w:rPr>
          <w:b w:val="0"/>
          <w:sz w:val="20"/>
        </w:rPr>
        <w:t>If you are subject to any non-compete, non-solicitation, or other restrictive covenants, these provisions remain in effect according to the terms agreed upon in your employment contract or separate agreements.</w:t>
      </w:r>
    </w:p>
    <w:p/>
    <w:p>
      <w:r>
        <w:rPr>
          <w:b/>
          <w:sz w:val="20"/>
        </w:rPr>
        <w:t>7. References and Employment Verification</w:t>
      </w:r>
    </w:p>
    <w:p>
      <w:r>
        <w:rPr>
          <w:b w:val="0"/>
          <w:sz w:val="20"/>
        </w:rPr>
        <w:t>The company will provide verification of your employment and dates of service upon request by prospective employers or other authorized parties as per company policy and applicable law.</w:t>
      </w:r>
    </w:p>
    <w:p/>
    <w:p>
      <w:r>
        <w:rPr>
          <w:b/>
          <w:sz w:val="20"/>
        </w:rPr>
        <w:t>8. Acknowledgment</w:t>
      </w:r>
    </w:p>
    <w:p>
      <w:r>
        <w:rPr>
          <w:b w:val="0"/>
          <w:sz w:val="20"/>
        </w:rPr>
        <w:t>Please sign below to acknowledge receipt of this termination letter. If you have any questions regarding this notice or your final compensation, please contact the Human Resources department at the contact details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w:t>
            </w:r>
          </w:p>
        </w:tc>
      </w:tr>
    </w:tbl>
    <w:p/>
    <w:p/>
    <w:p>
      <w:r>
        <w:rPr>
          <w:b w:val="0"/>
          <w:sz w:val="20"/>
        </w:rPr>
        <w:t>This letter constitutes the entire agreement regarding the termination of your employment and supersedes any prior verbal or written communications.</w:t>
      </w:r>
    </w:p>
    <w:p/>
    <w:p/>
    <w:p>
      <w:r>
        <w:br w:type="page"/>
      </w:r>
    </w:p>
    <w:p>
      <w:pPr>
        <w:jc w:val="center"/>
      </w:pPr>
      <w:r>
        <w:rPr>
          <w:color w:val="555555"/>
          <w:sz w:val="24"/>
        </w:rPr>
        <w:t>Original source of this document:</w:t>
      </w:r>
    </w:p>
    <w:p>
      <w:pPr>
        <w:jc w:val="center"/>
      </w:pPr>
      <w:hyperlink r:id="rId9">
        <w:r>
          <w:rPr>
            <w:color w:val="0000FF"/>
            <w:u w:val="single"/>
          </w:rPr>
          <w:t>https://docs-worklife.com/termination-letter-template-for-employee/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termination-letter-template-for-employe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